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D8B" w:rsidRDefault="000310C2">
      <w:bookmarkStart w:id="0" w:name="_GoBack"/>
      <w:bookmarkEnd w:id="0"/>
      <w:r>
        <w:rPr>
          <w:noProof/>
        </w:rPr>
        <w:drawing>
          <wp:inline distT="0" distB="0" distL="0" distR="0">
            <wp:extent cx="4480560" cy="580792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da_emergency-recovery-blogpost_2026-jpg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80560" cy="5807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3D8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10C2"/>
    <w:rsid w:val="00034616"/>
    <w:rsid w:val="0006063C"/>
    <w:rsid w:val="0015074B"/>
    <w:rsid w:val="0029639D"/>
    <w:rsid w:val="00326F90"/>
    <w:rsid w:val="00603D8B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31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0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31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0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AA72D09-1411-46C4-A974-3495EA86D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CADA</cp:lastModifiedBy>
  <cp:revision>2</cp:revision>
  <dcterms:created xsi:type="dcterms:W3CDTF">2026-05-22T16:20:00Z</dcterms:created>
  <dcterms:modified xsi:type="dcterms:W3CDTF">2026-05-22T16:20:00Z</dcterms:modified>
</cp:coreProperties>
</file>